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098F" w14:textId="77777777" w:rsidR="001A722C" w:rsidRDefault="00000000">
      <w:pPr>
        <w:pStyle w:val="Cmsor1"/>
      </w:pPr>
      <w:r>
        <w:t>Elállási nyilatkozat</w:t>
      </w:r>
    </w:p>
    <w:p w14:paraId="21DF9DA6" w14:textId="77777777" w:rsidR="001A722C" w:rsidRDefault="00000000">
      <w:r>
        <w:t>Kérjük, kizárólag akkor töltse ki és küldje vissza ezt a nyilatkozatot, ha élni kíván a 45/2014. (II.26.) Korm. rendelet szerinti elállási jogával.</w:t>
      </w:r>
      <w:r>
        <w:br/>
      </w:r>
      <w:r>
        <w:br/>
      </w:r>
    </w:p>
    <w:p w14:paraId="1AAFB5F5" w14:textId="77777777" w:rsidR="001A722C" w:rsidRDefault="00000000">
      <w:r>
        <w:t>Címzett: Kincsesműhely</w:t>
      </w:r>
      <w:r>
        <w:br/>
        <w:t>E-mail: info@kincsesmuhely.hu</w:t>
      </w:r>
    </w:p>
    <w:p w14:paraId="61E44ADF" w14:textId="77777777" w:rsidR="001A722C" w:rsidRDefault="00000000">
      <w:r>
        <w:t>Megrendelés száma: ________________________</w:t>
      </w:r>
    </w:p>
    <w:p w14:paraId="0E19492C" w14:textId="77777777" w:rsidR="001A722C" w:rsidRDefault="00000000">
      <w:r>
        <w:t>Megrendelt termék(ek): ________________________</w:t>
      </w:r>
    </w:p>
    <w:p w14:paraId="7B18CFA2" w14:textId="77777777" w:rsidR="001A722C" w:rsidRDefault="00000000">
      <w:r>
        <w:t>Megrendelés dátuma: ________________________</w:t>
      </w:r>
    </w:p>
    <w:p w14:paraId="01E271F7" w14:textId="77777777" w:rsidR="001A722C" w:rsidRDefault="00000000">
      <w:r>
        <w:t>Átvétel dátuma: ________________________</w:t>
      </w:r>
    </w:p>
    <w:p w14:paraId="673ACACC" w14:textId="38D05087" w:rsidR="001A722C" w:rsidRDefault="00C2320C">
      <w:proofErr w:type="spellStart"/>
      <w:r>
        <w:t>Vásárló</w:t>
      </w:r>
      <w:proofErr w:type="spellEnd"/>
      <w:r w:rsidR="00000000">
        <w:t xml:space="preserve"> neve: ________________________</w:t>
      </w:r>
    </w:p>
    <w:p w14:paraId="5582EB8C" w14:textId="00D9F156" w:rsidR="001A722C" w:rsidRDefault="00C2320C">
      <w:proofErr w:type="spellStart"/>
      <w:r>
        <w:t>Vásárló</w:t>
      </w:r>
      <w:proofErr w:type="spellEnd"/>
      <w:r w:rsidR="00000000">
        <w:t xml:space="preserve"> </w:t>
      </w:r>
      <w:proofErr w:type="spellStart"/>
      <w:r w:rsidR="00000000">
        <w:t>címe</w:t>
      </w:r>
      <w:proofErr w:type="spellEnd"/>
      <w:r w:rsidR="00000000">
        <w:t>: ________________________</w:t>
      </w:r>
    </w:p>
    <w:p w14:paraId="1A9338DF" w14:textId="47CAA43D" w:rsidR="001A722C" w:rsidRDefault="00C2320C">
      <w:proofErr w:type="spellStart"/>
      <w:r>
        <w:t>Vásárló</w:t>
      </w:r>
      <w:proofErr w:type="spellEnd"/>
      <w:r w:rsidR="00000000">
        <w:t xml:space="preserve"> e-mail </w:t>
      </w:r>
      <w:proofErr w:type="spellStart"/>
      <w:r w:rsidR="00000000">
        <w:t>címe</w:t>
      </w:r>
      <w:proofErr w:type="spellEnd"/>
      <w:r w:rsidR="00000000">
        <w:t>: ________________________</w:t>
      </w:r>
    </w:p>
    <w:p w14:paraId="1CF982C7" w14:textId="77777777" w:rsidR="001A722C" w:rsidRDefault="00000000">
      <w:r>
        <w:t>Telefonszám (nem kötelező): ________________________</w:t>
      </w:r>
    </w:p>
    <w:p w14:paraId="6D88954B" w14:textId="64DC0748" w:rsidR="001A722C" w:rsidRDefault="00000000" w:rsidP="00C2320C">
      <w:r>
        <w:br/>
        <w:t xml:space="preserve">Alulírott kijelentem, hogy a fenti termék(ek) adásvételére vonatkozó szerződéstől a jogszabályban biztosított 14 </w:t>
      </w:r>
      <w:proofErr w:type="spellStart"/>
      <w:r>
        <w:t>napos</w:t>
      </w:r>
      <w:proofErr w:type="spellEnd"/>
      <w:r>
        <w:t xml:space="preserve"> </w:t>
      </w:r>
      <w:proofErr w:type="spellStart"/>
      <w:r>
        <w:t>határidőn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 </w:t>
      </w:r>
      <w:proofErr w:type="spellStart"/>
      <w:r>
        <w:t>elállok</w:t>
      </w:r>
      <w:proofErr w:type="spellEnd"/>
      <w:r>
        <w:t>.</w:t>
      </w:r>
    </w:p>
    <w:p w14:paraId="541DADCF" w14:textId="77777777" w:rsidR="00C2320C" w:rsidRDefault="00C2320C" w:rsidP="00C2320C"/>
    <w:p w14:paraId="082BDA9F" w14:textId="77777777" w:rsidR="00C2320C" w:rsidRDefault="00C2320C" w:rsidP="00C2320C"/>
    <w:p w14:paraId="54F8BCFE" w14:textId="77777777" w:rsidR="00C2320C" w:rsidRDefault="00C2320C" w:rsidP="00C2320C"/>
    <w:p w14:paraId="0ACB4F76" w14:textId="3C856EB3" w:rsidR="001A722C" w:rsidRDefault="00000000">
      <w:r>
        <w:br/>
        <w:t>Kelt: ______________________</w:t>
      </w:r>
      <w:r w:rsidR="00C2320C">
        <w:t>________________________________</w:t>
      </w:r>
    </w:p>
    <w:sectPr w:rsidR="001A722C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9045" w14:textId="77777777" w:rsidR="005F6C1F" w:rsidRDefault="005F6C1F" w:rsidP="00C2320C">
      <w:pPr>
        <w:spacing w:after="0" w:line="240" w:lineRule="auto"/>
      </w:pPr>
      <w:r>
        <w:separator/>
      </w:r>
    </w:p>
  </w:endnote>
  <w:endnote w:type="continuationSeparator" w:id="0">
    <w:p w14:paraId="09C4B67E" w14:textId="77777777" w:rsidR="005F6C1F" w:rsidRDefault="005F6C1F" w:rsidP="00C2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079425"/>
      <w:docPartObj>
        <w:docPartGallery w:val="Page Numbers (Bottom of Page)"/>
        <w:docPartUnique/>
      </w:docPartObj>
    </w:sdtPr>
    <w:sdtContent>
      <w:p w14:paraId="39090B84" w14:textId="36BCDFA6" w:rsidR="00C2320C" w:rsidRDefault="00C2320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0A9CDFAD" w14:textId="77777777" w:rsidR="00C2320C" w:rsidRDefault="00C2320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9545" w14:textId="77777777" w:rsidR="005F6C1F" w:rsidRDefault="005F6C1F" w:rsidP="00C2320C">
      <w:pPr>
        <w:spacing w:after="0" w:line="240" w:lineRule="auto"/>
      </w:pPr>
      <w:r>
        <w:separator/>
      </w:r>
    </w:p>
  </w:footnote>
  <w:footnote w:type="continuationSeparator" w:id="0">
    <w:p w14:paraId="7182AEEC" w14:textId="77777777" w:rsidR="005F6C1F" w:rsidRDefault="005F6C1F" w:rsidP="00C23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4BCC" w14:textId="2CFF04FB" w:rsidR="00C2320C" w:rsidRDefault="00C2320C">
    <w:pPr>
      <w:pStyle w:val="lfej"/>
    </w:pPr>
    <w:r>
      <w:rPr>
        <w:noProof/>
      </w:rPr>
      <w:drawing>
        <wp:inline distT="0" distB="0" distL="0" distR="0" wp14:anchorId="4E6EE8ED" wp14:editId="6D3DC347">
          <wp:extent cx="685800" cy="685800"/>
          <wp:effectExtent l="0" t="0" r="0" b="0"/>
          <wp:docPr id="1724141919" name="Kép 1" descr="A képen művészet, Grafika, rajzfilm, Grafikus tervezés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141919" name="Kép 1" descr="A képen művészet, Grafika, rajzfilm, Grafikus tervezés látható&#10;&#10;Előfordulhat, hogy az AI által létrehozott tartalom helytele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414135">
    <w:abstractNumId w:val="8"/>
  </w:num>
  <w:num w:numId="2" w16cid:durableId="2072607877">
    <w:abstractNumId w:val="6"/>
  </w:num>
  <w:num w:numId="3" w16cid:durableId="1246376321">
    <w:abstractNumId w:val="5"/>
  </w:num>
  <w:num w:numId="4" w16cid:durableId="722486186">
    <w:abstractNumId w:val="4"/>
  </w:num>
  <w:num w:numId="5" w16cid:durableId="2032684605">
    <w:abstractNumId w:val="7"/>
  </w:num>
  <w:num w:numId="6" w16cid:durableId="803156477">
    <w:abstractNumId w:val="3"/>
  </w:num>
  <w:num w:numId="7" w16cid:durableId="1948273336">
    <w:abstractNumId w:val="2"/>
  </w:num>
  <w:num w:numId="8" w16cid:durableId="420882651">
    <w:abstractNumId w:val="1"/>
  </w:num>
  <w:num w:numId="9" w16cid:durableId="21288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722C"/>
    <w:rsid w:val="0029639D"/>
    <w:rsid w:val="00326F90"/>
    <w:rsid w:val="005F6C1F"/>
    <w:rsid w:val="009351B4"/>
    <w:rsid w:val="00AA1D8D"/>
    <w:rsid w:val="00B47730"/>
    <w:rsid w:val="00C232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D63D0C"/>
  <w14:defaultImageDpi w14:val="300"/>
  <w15:docId w15:val="{D9845D57-8E4D-4AEC-87BA-D8458BD0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Ágnes Lakatos</cp:lastModifiedBy>
  <cp:revision>2</cp:revision>
  <dcterms:created xsi:type="dcterms:W3CDTF">2013-12-23T23:15:00Z</dcterms:created>
  <dcterms:modified xsi:type="dcterms:W3CDTF">2026-07-07T23:09:00Z</dcterms:modified>
  <cp:category/>
</cp:coreProperties>
</file>